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CF692E" w14:paraId="3FAADE9F" w14:textId="77777777" w:rsidTr="00802F99">
        <w:trPr>
          <w:trHeight w:val="1585"/>
        </w:trPr>
        <w:tc>
          <w:tcPr>
            <w:tcW w:w="2115" w:type="dxa"/>
          </w:tcPr>
          <w:p w14:paraId="048EBE20" w14:textId="77777777" w:rsidR="00CF692E" w:rsidRDefault="00000000">
            <w:r>
              <w:rPr>
                <w:noProof/>
              </w:rPr>
              <w:drawing>
                <wp:inline distT="0" distB="0" distL="0" distR="0" wp14:anchorId="4E3898E7" wp14:editId="6C4EBDFE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7320780F" w14:textId="15669D12" w:rsidR="00CF692E" w:rsidRDefault="00000000" w:rsidP="00802F99">
            <w:pPr>
              <w:spacing w:before="160"/>
              <w:jc w:val="center"/>
            </w:pPr>
            <w:r w:rsidRPr="00802F99">
              <w:rPr>
                <w:b/>
              </w:rPr>
              <w:t>T.C.</w:t>
            </w:r>
            <w:r w:rsidRPr="00802F99">
              <w:rPr>
                <w:b/>
              </w:rPr>
              <w:br/>
            </w:r>
            <w:r>
              <w:rPr>
                <w:b/>
              </w:rPr>
              <w:t>KAHRAMANMARAŞ SÜTÇÜ İMAM</w:t>
            </w:r>
            <w:r w:rsidR="00802F99">
              <w:rPr>
                <w:b/>
              </w:rPr>
              <w:t xml:space="preserve"> </w:t>
            </w:r>
            <w:r>
              <w:rPr>
                <w:b/>
              </w:rPr>
              <w:t>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192B4751" w14:textId="11BB91F1" w:rsidR="00CF692E" w:rsidRPr="00802F99" w:rsidRDefault="00802F99" w:rsidP="00802F99">
      <w:pPr>
        <w:pBdr>
          <w:bottom w:val="single" w:sz="10" w:space="0" w:color="C59C57"/>
        </w:pBdr>
        <w:spacing w:after="420"/>
        <w:jc w:val="center"/>
        <w:rPr>
          <w:b/>
          <w:bCs/>
        </w:rPr>
      </w:pPr>
      <w:r w:rsidRPr="00802F99">
        <w:rPr>
          <w:b/>
          <w:bCs/>
        </w:rPr>
        <w:t xml:space="preserve">KAYIT </w:t>
      </w:r>
      <w:r w:rsidR="00950922">
        <w:rPr>
          <w:b/>
          <w:bCs/>
        </w:rPr>
        <w:t>AÇTIRMA</w:t>
      </w:r>
      <w:r w:rsidRPr="00802F99">
        <w:rPr>
          <w:b/>
          <w:bCs/>
        </w:rPr>
        <w:t xml:space="preserve"> DİLEKÇESİ</w:t>
      </w:r>
    </w:p>
    <w:p w14:paraId="525C0CB8" w14:textId="77777777" w:rsidR="00CF692E" w:rsidRDefault="00000000">
      <w:pPr>
        <w:spacing w:after="480"/>
        <w:jc w:val="center"/>
      </w:pPr>
      <w:r>
        <w:rPr>
          <w:b/>
        </w:rPr>
        <w:t>LİSANSÜSTÜ EĞİTİM ENSTİTÜSÜ MÜDÜRLÜĞÜNE</w:t>
      </w:r>
    </w:p>
    <w:p w14:paraId="4E78375B" w14:textId="77777777" w:rsidR="00950922" w:rsidRDefault="00950922" w:rsidP="00950922">
      <w:pPr>
        <w:spacing w:after="320"/>
        <w:ind w:firstLine="720"/>
        <w:jc w:val="both"/>
      </w:pPr>
      <w:r>
        <w:t>Enstitünüzün ................................................ Ana Bilim Dalında ................................ numaralı Tezli Yüksek Lisans/Doktora programı öğrencisiyim. ................................................ sebebiyle Enstitünüz Yönetim Kurulu kararıyla kaydım dondurulmuştu. Öğrencilik kaydımın tekrar açılması için gereğini saygılarımla arz ederim.</w:t>
      </w:r>
    </w:p>
    <w:p w14:paraId="0C8C8CEA" w14:textId="77777777" w:rsidR="00CF692E" w:rsidRDefault="00000000" w:rsidP="00221031">
      <w:pPr>
        <w:spacing w:after="560"/>
        <w:ind w:firstLine="720"/>
      </w:pPr>
      <w:r>
        <w:t>Gereğini saygılarımla arz ederim.      .... / .... / 202..</w:t>
      </w:r>
    </w:p>
    <w:p w14:paraId="78FB3B87" w14:textId="77777777" w:rsidR="00221031" w:rsidRDefault="00221031" w:rsidP="00221031">
      <w:pPr>
        <w:ind w:left="4253" w:firstLine="1559"/>
      </w:pPr>
      <w:r>
        <w:t>Adı soyadı :  .......................................</w:t>
      </w:r>
    </w:p>
    <w:p w14:paraId="351FF2FD" w14:textId="09CC2D87" w:rsidR="00221031" w:rsidRDefault="00221031" w:rsidP="00221031">
      <w:pPr>
        <w:ind w:left="4253" w:firstLine="1559"/>
      </w:pPr>
      <w:r>
        <w:t>İmza           :  .......................................</w:t>
      </w:r>
    </w:p>
    <w:p w14:paraId="122CF10C" w14:textId="77777777" w:rsidR="00221031" w:rsidRDefault="00221031" w:rsidP="00221031">
      <w:pPr>
        <w:rPr>
          <w:b/>
        </w:rPr>
      </w:pPr>
    </w:p>
    <w:p w14:paraId="152FBBA4" w14:textId="77777777" w:rsidR="00221031" w:rsidRDefault="00221031" w:rsidP="00221031">
      <w:pPr>
        <w:rPr>
          <w:b/>
        </w:rPr>
      </w:pPr>
    </w:p>
    <w:p w14:paraId="22B238F5" w14:textId="2CD86E73" w:rsidR="00CF692E" w:rsidRDefault="00000000" w:rsidP="00221031">
      <w:r>
        <w:rPr>
          <w:b/>
        </w:rPr>
        <w:t xml:space="preserve">Adres : </w:t>
      </w:r>
      <w:r>
        <w:t>...........................................................................................</w:t>
      </w:r>
    </w:p>
    <w:p w14:paraId="2A3FC7A7" w14:textId="77777777" w:rsidR="00CF692E" w:rsidRDefault="00000000" w:rsidP="00221031">
      <w:r>
        <w:rPr>
          <w:b/>
        </w:rPr>
        <w:t xml:space="preserve">GSM : </w:t>
      </w:r>
      <w:r>
        <w:t>............................................................................................</w:t>
      </w:r>
    </w:p>
    <w:p w14:paraId="6BDB116E" w14:textId="7B4F50B7" w:rsidR="00CF692E" w:rsidRDefault="00000000" w:rsidP="00221031">
      <w:pPr>
        <w:rPr>
          <w:b/>
        </w:rPr>
      </w:pPr>
      <w:r>
        <w:rPr>
          <w:b/>
        </w:rPr>
        <w:t xml:space="preserve">E-posta : </w:t>
      </w:r>
      <w:r>
        <w:t>........................................................................................</w:t>
      </w:r>
    </w:p>
    <w:p w14:paraId="64B98D02" w14:textId="77777777" w:rsidR="00802F99" w:rsidRPr="00802F99" w:rsidRDefault="00802F99" w:rsidP="00802F99"/>
    <w:p w14:paraId="2C949E77" w14:textId="77777777" w:rsidR="00802F99" w:rsidRPr="00802F99" w:rsidRDefault="00802F99" w:rsidP="00802F99"/>
    <w:sectPr w:rsidR="00802F99" w:rsidRPr="00802F99" w:rsidSect="00034616">
      <w:pgSz w:w="11906" w:h="16838"/>
      <w:pgMar w:top="822" w:right="1219" w:bottom="822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9755991">
    <w:abstractNumId w:val="8"/>
  </w:num>
  <w:num w:numId="2" w16cid:durableId="2049139998">
    <w:abstractNumId w:val="6"/>
  </w:num>
  <w:num w:numId="3" w16cid:durableId="67771614">
    <w:abstractNumId w:val="5"/>
  </w:num>
  <w:num w:numId="4" w16cid:durableId="408693459">
    <w:abstractNumId w:val="4"/>
  </w:num>
  <w:num w:numId="5" w16cid:durableId="431322069">
    <w:abstractNumId w:val="7"/>
  </w:num>
  <w:num w:numId="6" w16cid:durableId="1029642688">
    <w:abstractNumId w:val="3"/>
  </w:num>
  <w:num w:numId="7" w16cid:durableId="208031467">
    <w:abstractNumId w:val="2"/>
  </w:num>
  <w:num w:numId="8" w16cid:durableId="1287084308">
    <w:abstractNumId w:val="1"/>
  </w:num>
  <w:num w:numId="9" w16cid:durableId="2524697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04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4F6"/>
    <w:rsid w:val="0015074B"/>
    <w:rsid w:val="00221031"/>
    <w:rsid w:val="0029639D"/>
    <w:rsid w:val="00326F90"/>
    <w:rsid w:val="00802F99"/>
    <w:rsid w:val="00950922"/>
    <w:rsid w:val="00AA1D8D"/>
    <w:rsid w:val="00B47730"/>
    <w:rsid w:val="00CB0664"/>
    <w:rsid w:val="00CF69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806F89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2026-09-24T08:01:00Z</dcterms:created>
  <dcterms:modified xsi:type="dcterms:W3CDTF">2026-09-24T08:01:00Z</dcterms:modified>
  <cp:category/>
</cp:coreProperties>
</file>